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622921" w14:textId="77777777" w:rsidR="001221AC" w:rsidRDefault="001221AC">
      <w:pPr>
        <w:rPr>
          <w:b/>
          <w:bCs/>
          <w:sz w:val="24"/>
          <w:szCs w:val="24"/>
        </w:rPr>
      </w:pPr>
    </w:p>
    <w:p w14:paraId="388023A5" w14:textId="639A0FEF" w:rsidR="00FC26B4" w:rsidRDefault="00FC26B4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Press </w:t>
      </w:r>
      <w:proofErr w:type="gramStart"/>
      <w:r>
        <w:rPr>
          <w:b/>
          <w:bCs/>
          <w:sz w:val="24"/>
          <w:szCs w:val="24"/>
        </w:rPr>
        <w:t>release ;</w:t>
      </w:r>
      <w:proofErr w:type="gramEnd"/>
      <w:r>
        <w:rPr>
          <w:b/>
          <w:bCs/>
          <w:sz w:val="24"/>
          <w:szCs w:val="24"/>
        </w:rPr>
        <w:t xml:space="preserve">  November 2025 </w:t>
      </w:r>
    </w:p>
    <w:p w14:paraId="41224C94" w14:textId="3966D181" w:rsidR="00447EEB" w:rsidRPr="00FC26B4" w:rsidRDefault="00000000">
      <w:pPr>
        <w:rPr>
          <w:b/>
          <w:bCs/>
          <w:sz w:val="24"/>
          <w:szCs w:val="24"/>
        </w:rPr>
      </w:pPr>
      <w:r w:rsidRPr="00FC26B4">
        <w:rPr>
          <w:b/>
          <w:bCs/>
          <w:sz w:val="24"/>
          <w:szCs w:val="24"/>
        </w:rPr>
        <w:t>Miss England Finalists Set to Shine in the Talent Round at the Grand Station</w:t>
      </w:r>
    </w:p>
    <w:p w14:paraId="52EBAEC0" w14:textId="589EFE66" w:rsidR="00447EEB" w:rsidRDefault="00000000">
      <w:r>
        <w:t xml:space="preserve">From singers to dancers, </w:t>
      </w:r>
      <w:r w:rsidR="00FC26B4">
        <w:t xml:space="preserve">a violinist, </w:t>
      </w:r>
      <w:r>
        <w:t>poet</w:t>
      </w:r>
      <w:r w:rsidR="00FC26B4">
        <w:t xml:space="preserve">s &amp; </w:t>
      </w:r>
      <w:r>
        <w:t>songwriters</w:t>
      </w:r>
      <w:r w:rsidR="00FC26B4">
        <w:t>,</w:t>
      </w:r>
      <w:r w:rsidR="00F0499E">
        <w:t xml:space="preserve"> </w:t>
      </w:r>
      <w:r>
        <w:t xml:space="preserve">this year’s Miss England finalists are pulling out all the stops as they compete for the coveted Miss Talent Award — and with it, a </w:t>
      </w:r>
      <w:r w:rsidR="00D43809">
        <w:t>fast-track</w:t>
      </w:r>
      <w:r>
        <w:t xml:space="preserve"> place into the Top 12 at the Miss England Grand Final.</w:t>
      </w:r>
    </w:p>
    <w:p w14:paraId="1202032E" w14:textId="05331028" w:rsidR="00447EEB" w:rsidRDefault="00000000">
      <w:r>
        <w:t xml:space="preserve">Among the </w:t>
      </w:r>
      <w:r w:rsidR="00FC26B4">
        <w:t>Miss England contestants</w:t>
      </w:r>
      <w:r>
        <w:t xml:space="preserve"> are all three capital city winners, each determined to impress the judging panel:</w:t>
      </w:r>
    </w:p>
    <w:p w14:paraId="7240AEA9" w14:textId="4AF7BFA4" w:rsidR="00447EEB" w:rsidRDefault="00000000">
      <w:r>
        <w:t xml:space="preserve">• Miss Manchester will deliver a powerful contemporary dance piece, promising emotion, expression, and </w:t>
      </w:r>
      <w:r w:rsidR="00FC26B4">
        <w:t xml:space="preserve">strength. </w:t>
      </w:r>
    </w:p>
    <w:p w14:paraId="6CD7A466" w14:textId="234A756C" w:rsidR="00447EEB" w:rsidRDefault="00000000">
      <w:r>
        <w:t>• Miss Birmingham and Miss London are both set to showcase their vocal talent, each hoping their singing performances will secure the judges’ vote.</w:t>
      </w:r>
    </w:p>
    <w:p w14:paraId="2B802B58" w14:textId="5F0E68A8" w:rsidR="00447EEB" w:rsidRDefault="00FC26B4">
      <w:proofErr w:type="gramStart"/>
      <w:r>
        <w:t>All of</w:t>
      </w:r>
      <w:proofErr w:type="gramEnd"/>
      <w:r>
        <w:t xml:space="preserve"> the talented young women— are preparing to step onto the stage this Thursday evening at the iconic Grand Station, Wolverhampton, where the competition truly begins.</w:t>
      </w:r>
    </w:p>
    <w:p w14:paraId="2C078E01" w14:textId="3BA399C4" w:rsidR="00447EEB" w:rsidRDefault="00000000">
      <w:r>
        <w:t>A Night of Talent, Purpose &amp; Tourism</w:t>
      </w:r>
    </w:p>
    <w:p w14:paraId="38DF8545" w14:textId="77777777" w:rsidR="00447EEB" w:rsidRDefault="00000000">
      <w:r>
        <w:t>Thursday’s show will feature three important qualifying rounds:</w:t>
      </w:r>
    </w:p>
    <w:p w14:paraId="6AD199A0" w14:textId="49D2C9E5" w:rsidR="00447EEB" w:rsidRDefault="00000000">
      <w:r>
        <w:t>• Miss Talent</w:t>
      </w:r>
      <w:r w:rsidR="00FC26B4">
        <w:t xml:space="preserve"> </w:t>
      </w:r>
      <w:r>
        <w:t xml:space="preserve">• Beauty with a Purpose </w:t>
      </w:r>
      <w:proofErr w:type="gramStart"/>
      <w:r>
        <w:t>presentations</w:t>
      </w:r>
      <w:r w:rsidR="00FC26B4">
        <w:t xml:space="preserve">  </w:t>
      </w:r>
      <w:r>
        <w:t>•</w:t>
      </w:r>
      <w:proofErr w:type="gramEnd"/>
      <w:r>
        <w:t xml:space="preserve"> Explore the Nation </w:t>
      </w:r>
      <w:r w:rsidR="00FC26B4">
        <w:t>presentation videos</w:t>
      </w:r>
    </w:p>
    <w:p w14:paraId="37B76070" w14:textId="22D8229C" w:rsidR="00447EEB" w:rsidRDefault="00000000">
      <w:r>
        <w:t xml:space="preserve">The evening begins at 6.30pm with a </w:t>
      </w:r>
      <w:r w:rsidR="00FC26B4">
        <w:t xml:space="preserve">hot buffet </w:t>
      </w:r>
      <w:r>
        <w:t xml:space="preserve">followed by the live show where the </w:t>
      </w:r>
      <w:r w:rsidR="00D43809">
        <w:t xml:space="preserve">shortlisted </w:t>
      </w:r>
      <w:r>
        <w:t>finalists will perform in front of the judges.</w:t>
      </w:r>
    </w:p>
    <w:p w14:paraId="18BA8A06" w14:textId="4EFD2FCF" w:rsidR="00447EEB" w:rsidRDefault="00000000">
      <w:r>
        <w:t>Join Us at Day One of the Miss England Final</w:t>
      </w:r>
    </w:p>
    <w:p w14:paraId="474DC7B8" w14:textId="77777777" w:rsidR="00447EEB" w:rsidRDefault="00000000">
      <w:r>
        <w:t>Guests attending will enjoy:</w:t>
      </w:r>
    </w:p>
    <w:p w14:paraId="13C39688" w14:textId="5BAA7FEE" w:rsidR="00447EEB" w:rsidRDefault="00000000">
      <w:r>
        <w:t xml:space="preserve">✔️ A reception </w:t>
      </w:r>
      <w:proofErr w:type="gramStart"/>
      <w:r>
        <w:t>drink</w:t>
      </w:r>
      <w:r w:rsidR="00FC26B4">
        <w:t xml:space="preserve">  </w:t>
      </w:r>
      <w:r>
        <w:t>✔</w:t>
      </w:r>
      <w:proofErr w:type="gramEnd"/>
      <w:r>
        <w:t>️ Buffet-style dining</w:t>
      </w:r>
      <w:r w:rsidR="00FC26B4">
        <w:t xml:space="preserve">  </w:t>
      </w:r>
      <w:r>
        <w:t>✔️ Live performances and presentations</w:t>
      </w:r>
    </w:p>
    <w:p w14:paraId="32A22379" w14:textId="36FAB949" w:rsidR="00447EEB" w:rsidRDefault="00000000">
      <w:r>
        <w:t>✔️ The first three qualifiers of the Miss England 2025 Grand Final</w:t>
      </w:r>
    </w:p>
    <w:p w14:paraId="1137B486" w14:textId="77777777" w:rsidR="00447EEB" w:rsidRDefault="00000000">
      <w:r>
        <w:t>Tickets for Day One, including the reception drink and food, are available here:</w:t>
      </w:r>
    </w:p>
    <w:p w14:paraId="21152ACF" w14:textId="5EBE905D" w:rsidR="00447EEB" w:rsidRDefault="00D43809">
      <w:hyperlink r:id="rId6" w:history="1">
        <w:r w:rsidRPr="00586D87">
          <w:rPr>
            <w:rStyle w:val="Hyperlink"/>
          </w:rPr>
          <w:t>www.grandstation.co.uk/missengland</w:t>
        </w:r>
      </w:hyperlink>
      <w:r>
        <w:t xml:space="preserve"> </w:t>
      </w:r>
    </w:p>
    <w:p w14:paraId="56AFA29F" w14:textId="115236AD" w:rsidR="001221AC" w:rsidRDefault="001221AC">
      <w:r>
        <w:t xml:space="preserve">To interview the contestants please contact </w:t>
      </w:r>
      <w:hyperlink r:id="rId7" w:history="1">
        <w:r w:rsidRPr="00586D87">
          <w:rPr>
            <w:rStyle w:val="Hyperlink"/>
          </w:rPr>
          <w:t>press@missengland.info</w:t>
        </w:r>
      </w:hyperlink>
      <w:r>
        <w:t xml:space="preserve"> </w:t>
      </w:r>
    </w:p>
    <w:p w14:paraId="44180E88" w14:textId="77777777" w:rsidR="00447EEB" w:rsidRDefault="00447EEB"/>
    <w:sectPr w:rsidR="00447EEB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81958563">
    <w:abstractNumId w:val="8"/>
  </w:num>
  <w:num w:numId="2" w16cid:durableId="220411771">
    <w:abstractNumId w:val="6"/>
  </w:num>
  <w:num w:numId="3" w16cid:durableId="1711570016">
    <w:abstractNumId w:val="5"/>
  </w:num>
  <w:num w:numId="4" w16cid:durableId="883295658">
    <w:abstractNumId w:val="4"/>
  </w:num>
  <w:num w:numId="5" w16cid:durableId="1378163299">
    <w:abstractNumId w:val="7"/>
  </w:num>
  <w:num w:numId="6" w16cid:durableId="655915777">
    <w:abstractNumId w:val="3"/>
  </w:num>
  <w:num w:numId="7" w16cid:durableId="1307661560">
    <w:abstractNumId w:val="2"/>
  </w:num>
  <w:num w:numId="8" w16cid:durableId="943536513">
    <w:abstractNumId w:val="1"/>
  </w:num>
  <w:num w:numId="9" w16cid:durableId="20535797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221AC"/>
    <w:rsid w:val="0015074B"/>
    <w:rsid w:val="0029639D"/>
    <w:rsid w:val="00326F90"/>
    <w:rsid w:val="00447EEB"/>
    <w:rsid w:val="004B44F9"/>
    <w:rsid w:val="00AA1D8D"/>
    <w:rsid w:val="00B47730"/>
    <w:rsid w:val="00CB0664"/>
    <w:rsid w:val="00D43809"/>
    <w:rsid w:val="00F0499E"/>
    <w:rsid w:val="00FC26B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9124EB7"/>
  <w14:defaultImageDpi w14:val="300"/>
  <w15:docId w15:val="{0B612CDB-BD4F-7A46-8417-856FAA058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D4380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438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press@missengland.info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grandstation.co.uk/missengland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263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1765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Angela Beasley</cp:lastModifiedBy>
  <cp:revision>2</cp:revision>
  <dcterms:created xsi:type="dcterms:W3CDTF">2025-11-17T19:24:00Z</dcterms:created>
  <dcterms:modified xsi:type="dcterms:W3CDTF">2025-11-17T19:24:00Z</dcterms:modified>
  <cp:category/>
</cp:coreProperties>
</file>